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Sample Pilot Lesson Plan – Biology</w:t>
      </w:r>
    </w:p>
    <w:p>
      <w:pPr>
        <w:pStyle w:val="Heading2"/>
      </w:pPr>
      <w:r>
        <w:t>1. Title</w:t>
      </w:r>
    </w:p>
    <w:p>
      <w:r>
        <w:t>“The Journey of a Cell: Exploring Biology Through Digital Storytelling”</w:t>
      </w:r>
    </w:p>
    <w:p>
      <w:pPr>
        <w:pStyle w:val="Heading2"/>
      </w:pPr>
      <w:r>
        <w:t>2. Duration</w:t>
      </w:r>
    </w:p>
    <w:p>
      <w:r>
        <w:t>2 × 45 minutes (90 minutes total)</w:t>
      </w:r>
    </w:p>
    <w:p>
      <w:pPr>
        <w:pStyle w:val="Heading2"/>
      </w:pPr>
      <w:r>
        <w:t>3. Target Group</w:t>
      </w:r>
    </w:p>
    <w:p>
      <w:r>
        <w:t>Secondary school students (ages 13–16)</w:t>
      </w:r>
    </w:p>
    <w:p>
      <w:pPr>
        <w:pStyle w:val="Heading2"/>
      </w:pPr>
      <w:r>
        <w:t>4. Learning Objectives</w:t>
      </w:r>
    </w:p>
    <w:p>
      <w:r>
        <w:t>- Understand basic biological processes (cell structure, photosynthesis, ecosystems).</w:t>
        <w:br/>
        <w:t>- Translate scientific knowledge into narrative form.</w:t>
        <w:br/>
        <w:t>- Use digital tools (Canva, Powtoon, Animaker) to create animated explanations.</w:t>
        <w:br/>
        <w:t>- Strengthen scientific thinking, creativity, and teamwork skills.</w:t>
      </w:r>
    </w:p>
    <w:p>
      <w:pPr>
        <w:pStyle w:val="Heading2"/>
      </w:pPr>
      <w:r>
        <w:t>5. Activities (Step by Step)</w:t>
      </w:r>
    </w:p>
    <w:p>
      <w:pPr>
        <w:pStyle w:val="ListBullet"/>
      </w:pPr>
      <w:r>
        <w:t>Step 1 – Introduction (10 min): Teacher shows an example of an animated scientific story (e.g., the journey of a water molecule).</w:t>
      </w:r>
    </w:p>
    <w:p>
      <w:pPr>
        <w:pStyle w:val="ListBullet"/>
      </w:pPr>
      <w:r>
        <w:t>Step 2 – Topic Selection (10 min): Groups choose a biology topic: cell division, photosynthesis, food chains, or ecosystems.</w:t>
      </w:r>
    </w:p>
    <w:p>
      <w:pPr>
        <w:pStyle w:val="ListBullet"/>
      </w:pPr>
      <w:r>
        <w:t>Step 3 – Storyboarding (15 min): Students outline their topic as a narrative: main characters (e.g., a cell, a plant), stages, outcomes.</w:t>
      </w:r>
    </w:p>
    <w:p>
      <w:pPr>
        <w:pStyle w:val="ListBullet"/>
      </w:pPr>
      <w:r>
        <w:t>Step 4 – Digital Creation (40 min): Groups create a 2–3 minute animated digital story using chosen tools.</w:t>
      </w:r>
    </w:p>
    <w:p>
      <w:pPr>
        <w:pStyle w:val="ListBullet"/>
      </w:pPr>
      <w:r>
        <w:t>Step 5 – Presentation &amp; Reflection (15 min): Groups present their animations and reflect on how storytelling helps explain biology.</w:t>
      </w:r>
    </w:p>
    <w:p>
      <w:pPr>
        <w:pStyle w:val="Heading2"/>
      </w:pPr>
      <w:r>
        <w:t>6. Assessment</w:t>
      </w:r>
    </w:p>
    <w:p>
      <w:r>
        <w:t>- Accuracy of biological concepts (5 points)</w:t>
        <w:br/>
        <w:t>- Creativity and clarity of storytelling (5 points)</w:t>
        <w:br/>
        <w:t>- Effective use of digital tools (5 points)</w:t>
        <w:br/>
        <w:t>- Teamwork and presentation (5 points)</w:t>
      </w:r>
    </w:p>
    <w:p>
      <w:pPr>
        <w:pStyle w:val="Heading2"/>
      </w:pPr>
      <w:r>
        <w:t>7. Adaptations by Country</w:t>
      </w:r>
    </w:p>
    <w:p>
      <w:pPr>
        <w:pStyle w:val="Heading3"/>
      </w:pPr>
      <w:r>
        <w:t>🇹🇷 Turkey</w:t>
      </w:r>
    </w:p>
    <w:p>
      <w:r>
        <w:t>- Suggested topic: Photosynthesis in Anatolian plants, biodiversity in Turkish forests.</w:t>
        <w:br/>
        <w:t>- Tool: Powtoon or Canva animation.</w:t>
      </w:r>
    </w:p>
    <w:p>
      <w:pPr>
        <w:pStyle w:val="Heading3"/>
      </w:pPr>
      <w:r>
        <w:t>🇵🇹 Portugal</w:t>
      </w:r>
    </w:p>
    <w:p>
      <w:r>
        <w:t>- Suggested topic: Marine ecosystems, cork oak forests, biodiversity along the Atlantic coast.</w:t>
        <w:br/>
        <w:t>- Tool: Animaker for animated biology stories.</w:t>
      </w:r>
    </w:p>
    <w:p>
      <w:pPr>
        <w:pStyle w:val="Heading3"/>
      </w:pPr>
      <w:r>
        <w:t>🇲🇰 North Macedonia</w:t>
      </w:r>
    </w:p>
    <w:p>
      <w:r>
        <w:t>- Suggested topic: Biodiversity of Lake Ohrid, mountain ecosystems, or the lynx as an endangered species.</w:t>
        <w:br/>
        <w:t>- Tool: Canva or Powtoon for storytelling posters/videos.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