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Sample Pilot Lesson Plan – Macedonian Literature</w:t>
      </w:r>
    </w:p>
    <w:p>
      <w:pPr>
        <w:pStyle w:val="Heading2"/>
      </w:pPr>
      <w:r>
        <w:t>1. Title</w:t>
      </w:r>
    </w:p>
    <w:p>
      <w:r>
        <w:t>“Giving Voice to Macedonian Classics Through Digital Storytelling”</w:t>
      </w:r>
    </w:p>
    <w:p>
      <w:pPr>
        <w:pStyle w:val="Heading2"/>
      </w:pPr>
      <w:r>
        <w:t>2. Duration</w:t>
      </w:r>
    </w:p>
    <w:p>
      <w:r>
        <w:t>2 × 45 minutes (90 minutes total)</w:t>
      </w:r>
    </w:p>
    <w:p>
      <w:pPr>
        <w:pStyle w:val="Heading2"/>
      </w:pPr>
      <w:r>
        <w:t>3. Target Group</w:t>
      </w:r>
    </w:p>
    <w:p>
      <w:r>
        <w:t>Secondary school students (ages 14–16)</w:t>
      </w:r>
    </w:p>
    <w:p>
      <w:pPr>
        <w:pStyle w:val="Heading2"/>
      </w:pPr>
      <w:r>
        <w:t>4. Learning Objectives</w:t>
      </w:r>
    </w:p>
    <w:p>
      <w:r>
        <w:t>- Explore and interpret selected works of Macedonian literature.</w:t>
        <w:br/>
        <w:t>- Adapt poems, short stories, or folk tales into digital narratives.</w:t>
        <w:br/>
        <w:t>- Use digital storytelling tools (Powtoon, Canva, podcast, Book Creator) to retell stories.</w:t>
        <w:br/>
        <w:t>- Develop cultural awareness, creativity, and teamwork skills.</w:t>
      </w:r>
    </w:p>
    <w:p>
      <w:pPr>
        <w:pStyle w:val="Heading2"/>
      </w:pPr>
      <w:r>
        <w:t>5. Activities (Step by Step)</w:t>
      </w:r>
    </w:p>
    <w:p>
      <w:pPr>
        <w:pStyle w:val="ListBullet"/>
      </w:pPr>
      <w:r>
        <w:t>Step 1 – Introduction (10 min): Teacher introduces the concept of digital storytelling with an example retold poem or story.</w:t>
      </w:r>
    </w:p>
    <w:p>
      <w:pPr>
        <w:pStyle w:val="ListBullet"/>
      </w:pPr>
      <w:r>
        <w:t>Step 2 – Text Selection (10 min): Groups select a Macedonian literary work (e.g., Kočo Racin, Blazhe Koneski, folk tales).</w:t>
      </w:r>
    </w:p>
    <w:p>
      <w:pPr>
        <w:pStyle w:val="ListBullet"/>
      </w:pPr>
      <w:r>
        <w:t>Step 3 – Storyboarding (15 min): Students design how to adapt the chosen text: key scenes, narration, visuals.</w:t>
      </w:r>
    </w:p>
    <w:p>
      <w:pPr>
        <w:pStyle w:val="ListBullet"/>
      </w:pPr>
      <w:r>
        <w:t>Step 4 – Digital Creation (40 min): Groups produce a 2–3 minute digital retelling using Powtoon, Canva, or podcast tools.</w:t>
      </w:r>
    </w:p>
    <w:p>
      <w:pPr>
        <w:pStyle w:val="ListBullet"/>
      </w:pPr>
      <w:r>
        <w:t>Step 5 – Presentation &amp; Reflection (15 min): Groups present their retellings and reflect on how digital storytelling enhances literature learning.</w:t>
      </w:r>
    </w:p>
    <w:p>
      <w:pPr>
        <w:pStyle w:val="Heading2"/>
      </w:pPr>
      <w:r>
        <w:t>6. Assessment</w:t>
      </w:r>
    </w:p>
    <w:p>
      <w:r>
        <w:t>- Literary understanding and interpretation (5 points)</w:t>
        <w:br/>
        <w:t>- Creativity and clarity of retelling (5 points)</w:t>
        <w:br/>
        <w:t>- Effective use of digital tools (5 points)</w:t>
        <w:br/>
        <w:t>- Teamwork and presentation (5 points)</w:t>
      </w:r>
    </w:p>
    <w:p>
      <w:pPr>
        <w:pStyle w:val="Heading2"/>
      </w:pPr>
      <w:r>
        <w:t>7. Adaptations by Country</w:t>
      </w:r>
    </w:p>
    <w:p>
      <w:pPr>
        <w:pStyle w:val="Heading3"/>
      </w:pPr>
      <w:r>
        <w:t>🇲🇰 North Macedonia – Macedonian Literature</w:t>
      </w:r>
    </w:p>
    <w:p>
      <w:r>
        <w:t>- Suggested texts: Poems by Kočo Racin or Blazhe Koneski; Macedonian folk tales.</w:t>
        <w:br/>
        <w:t>- Tool: Podcast retelling or Powtoon animations.</w:t>
      </w:r>
    </w:p>
    <w:p>
      <w:pPr>
        <w:pStyle w:val="Heading3"/>
      </w:pPr>
      <w:r>
        <w:t>🇹🇷 Turkey – Turkish Literature adaptation idea</w:t>
      </w:r>
    </w:p>
    <w:p>
      <w:r>
        <w:t>- Suggested texts: Tales of Nasreddin Hodja, poems of Yunus Emre.</w:t>
        <w:br/>
        <w:t>- Tool: Canva animations or comic-style retelling.</w:t>
      </w:r>
    </w:p>
    <w:p>
      <w:pPr>
        <w:pStyle w:val="Heading3"/>
      </w:pPr>
      <w:r>
        <w:t>🇵🇹 Portugal – Portuguese Literature adaptation idea</w:t>
      </w:r>
    </w:p>
    <w:p>
      <w:r>
        <w:t>- Suggested texts: Poems of Fernando Pessoa, excerpts from Os Lusíadas.</w:t>
        <w:br/>
        <w:t>- Tool: Book Creator for illustrated retellings.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